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 "צבר" – חוסן ובטיחות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בטיחות בסיסיים בנסיעה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של חוסן נפשי ופנייה לעזרה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בנושא בטיחות ותקשורת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בטיחות בדרכים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בצד הכביש הפנוי מתנועה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עצרי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חוסן ובטיחות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דווקא סימן לאומץ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כלל בטיחות בסיסי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(כוח להתמודד עם 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(שמירה מפני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(לעשות דבר קשה למרות הפחד)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 שנוהג ברכב)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מה למדתי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יציין כלל כגון חגורת בטיחות או ירידה בצד הבטוח,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כלל בטיחות רלוונטי לנסיעה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מבוגר אחראי כמו הורה או 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חלקי הדף אחרי משחק הטריוויה בכיתה כדי לחזק את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שיח קצר על מצבים שבהם צריך לבקש עזרה לפני מילוי חלק הכתיבה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 "צבר" – חוסן ובטיחות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מה שלמדנו במשחקים על בטיחות בדרכים ועל חוסן נפשי - איך נוסעים בבטחה ואיך פונים לעזרה כשקשה.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חוסן  ·  נוסע  ·  חגורה  ·  עצור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בטיחות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הצבע של שלט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נכון לרדת מהרכב?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בצד הכביש הפנוי מתנועה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לפני שהרכב עצר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כשאומרים לילדה לעצור, מה הניסוח הנכון?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עצרי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עצרו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 - חוסן ובטיחות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להגיד "קשה לי" זה סימן לחולשה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לרדת מהרכב רק כשהוא עצר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שהרכב זז חובה לחגור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שלט __________ אומר לנהגים להפסיק לנוע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היכולת להתמודד עם קושי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מי שיושב ליד הנהג או מאחור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שמירה מפני 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לעשות דבר קשה למרות הפחד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 שנוהג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נהג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כוח להתמודד עם קושי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- מה למדתי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כלל אחד חשוב לנוסעים ברכב, ולמה הוא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כלל בטיחות אחד שלמדתי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המילה שמתארת כוח להתמודד עם קושי?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מסלול "צבר" – חוסן ובטיחות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