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בסיסיים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חוסן נפשי ופנייה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בטיחות ותקשורת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בטיחות בדרכים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בצד הכביש הפנוי מתנועה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מזכירים לו שלא לענות תוך כדי נהיגה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מבוגר אחראי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מקשיב ועוזר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חוסן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סימן לאומץ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בטיחות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ואסור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חוסן כולל גם בקשת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לחגור בכל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(כוח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(לעשות דבר קשה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שנוהג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(לבקש עזרה ממישהו)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מה למדתי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כלל כגון חגורת בטיחות או ירידה בצד הבטוח,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יציין דמות מבוגרת אחראית ויסביר שפנייה לעזרה היא חלק מחוסן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כלל בטיחות רלוונטי לנסיעה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הורה או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חלקי הדף אחרי משחק הטריוויה בכיתה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על מצבים שבהם צריך לבקש עזרה לפני מילוי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"צבר" –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קלים על בטיחות ברכב ועל איך אומרים שקשה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עצמנו ועל אחרים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שנוהג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נוסע/ת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שיושב ברכב וליד הנהג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שמחברת ושומרת בזמן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או פקודה להפסיק לנוע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לעשות דבר קשה למרות הפחד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עזרה ממישהו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צבע יש לשלט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צד יורדים מהרכב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הכביש הפנוי מתנועה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שהרכב עצר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לעשות כשהטלפון מצלצל לנהג?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לו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מזכירים לו שלא לענות תוך כדי 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ומדברים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פונים לבת אחת שתפסיק?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מבוגר אחראי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חבר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ועוזר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חוסן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"קשה לי" זה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לרדת מהרכב רק כשהוא עצר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לנהג לדבר בטלפון תוך כדי נהיגה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למבוגר אחראי היא דרך טובה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צריך לחגור רק בנסיעות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שהרכב זז חובה לחגור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 __________ אומר לנהגים להפסיק לנוע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להתמודד עם 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שיושב ליד הנהג או מאחור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כשקשה לנו צריך __________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לומר "קשה לי" דורש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עזרה ממישהו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שנוהג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כוח להתמודד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לעשות דבר קשה למרות הפחד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מה למדתי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ברכב, ולמה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אפשר לספר כשחבר או חברה עצובים? הסבירו למה חשוב לפנות למישהו.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כלל בטיחות אחד שלמדתי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כוח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"צבר" –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