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"צבר" –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בסיסיים 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חוסן נפשי ופנייה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בטיחות ותקשורת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בטיחות בדרכים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בצד הכביש הפנוי מתנועה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מזכירים לו שלא לענות תוך כדי נהיגה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מבוגר אחראי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מקשיב ועוזר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חוסן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דווקא סימן לאומץ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כלל בטיחות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ואסור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חוסן כולל גם בקשת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לחגור בכל 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(כוח להתמודד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(שמירה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(לעשות דבר קשה למרות הפחד)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 שנוהג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(לבקש עזרה ממישהו)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מה למדתי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כלל כגון חגורת בטיחות או ירידה בצד הבטוח,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יציין דמות מבוגרת אחראית ויסביר שפנייה לעזרה היא חלק מחוסן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כלל בטיחות רלוונטי לנסיעה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אחראי כמו הורה או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חלקי הדף אחרי משחק הטריוויה בכיתה כדי לחזק את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 קצר על מצבים שבהם צריך לבקש עזרה לפני מילוי חלק הכתיבה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"צבר" –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במשחקים על בטיחות בדרכים ועל חוסן נפשי - איך נוסעים בבטחה ואיך פונים לעזרה כשקשה.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הצבע של 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נכון לרדת מהרכב?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בצד הכביש הפנוי מתנועה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שהרכב עצר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כשהטלפון של הנהג מצלצל בנסיעה?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עונים לו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מזכירים לו שלא לענות תוך כדי 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לוקחים את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ומדברים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כשאומרים לילדה לעצור, מה הניסוח הנכון?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יכול להיות אדם שפונים אליו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מבוגר אחראי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חבר טוב כשרואה שחברו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 ועוזר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חוסן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"קשה לי" זה סימן לחולשה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לרדת מהרכב רק כשהוא עצר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לנהג לדבר בטלפון תוך כדי נהיגה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למבוגר אחראי היא דרך טובה להתמודד עם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צריך לחגור רק בנסיעות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שהרכב זז חובה לחגור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שלט __________ אומר לנהגים להפסיק לנוע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היכולת להתמודד עם קושי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שיושב ליד הנהג או מאחור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כשקשה לנו צריך __________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לומר "קשה לי" דורש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לעשות דבר קשה למרות הפחד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לבקש עזרה ממישהו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שנוהג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כוח להתמודד עם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שמירה מפני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מה למדתי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חשוב לנוסעים ברכב, ולמה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אפשר לספר כשחבר או חברה עצובים? הסבירו למה חשוב לפנות למישהו.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כלל בטיחות אחד שלמדתי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כוח להתמודד עם 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"צבר" – חוסן ובטיחות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